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 w:val="0"/>
          <w:i w:val="0"/>
          <w:color w:val="1D9E75"/>
          <w:sz w:val="18"/>
        </w:rPr>
        <w:t>ফ্রি টেমপ্লেট ২০২৬  |  বাংলা রিভিউ লেখার সম্পূর্ণ ছক</w:t>
      </w:r>
    </w:p>
    <w:p/>
    <w:p>
      <w:pPr>
        <w:jc w:val="center"/>
      </w:pPr>
      <w:r>
        <w:rPr>
          <w:rFonts w:ascii="Arial" w:hAnsi="Arial"/>
          <w:b/>
          <w:i w:val="0"/>
          <w:color w:val="0F6E56"/>
          <w:sz w:val="48"/>
        </w:rPr>
        <w:t>প্রোডাক্ট রিভিউ টেমপ্লেট</w:t>
      </w:r>
    </w:p>
    <w:p>
      <w:pPr>
        <w:jc w:val="center"/>
      </w:pPr>
      <w:r>
        <w:rPr>
          <w:rFonts w:ascii="Arial" w:hAnsi="Arial"/>
          <w:b w:val="0"/>
          <w:i w:val="0"/>
          <w:color w:val="5F5E5A"/>
          <w:sz w:val="24"/>
        </w:rPr>
        <w:t>বাংলায় যেকোনো পণ্য বা সেবার রিভিউ লেখার জন্য রেডিমেড স্ট্রাকচার</w:t>
      </w:r>
    </w:p>
    <w:p/>
    <w:p>
      <w:pPr>
        <w:shd w:val="clear" w:color="auto" w:fill="FAEEDA"/>
        <w:spacing w:before="80" w:after="80"/>
        <w:ind w:left="283" w:right="283"/>
      </w:pPr>
      <w:r>
        <w:rPr>
          <w:rFonts w:ascii="Arial" w:hAnsi="Arial"/>
          <w:sz w:val="22"/>
        </w:rPr>
        <w:t>⚠ এফিলিয়েট ডিসক্লোজার: এই টেমপ্লেট ব্যবহার করে লেখা রিভিউতে অ্যাফিলিয়েট লিংক থাকলে পাঠককে জানিয়ে দিন। এটি FTC গাইডলাইন অনুযায়ী বাধ্যতামূলক।</w:t>
      </w:r>
    </w:p>
    <w:p>
      <w:pPr>
        <w:pBdr>
          <w:bottom w:val="single" w:sz="6" w:space="1" w:color="CCCCCC"/>
        </w:pBdr>
        <w:spacing w:before="80" w:after="80"/>
      </w:pPr>
    </w:p>
    <w:p>
      <w:pPr>
        <w:pStyle w:val="Heading2"/>
      </w:pPr>
      <w:r>
        <w:rPr>
          <w:rFonts w:ascii="Arial" w:hAnsi="Arial"/>
          <w:color w:val="185FA5"/>
          <w:sz w:val="28"/>
        </w:rPr>
        <w:t>কীভাবে ব্যবহার করবেন</w:t>
      </w:r>
    </w:p>
    <w:p>
      <w:pPr>
        <w:pStyle w:val="ListNumber"/>
      </w:pPr>
      <w:r>
        <w:rPr>
          <w:rFonts w:ascii="Arial" w:hAnsi="Arial"/>
          <w:b w:val="0"/>
          <w:i w:val="0"/>
          <w:sz w:val="22"/>
        </w:rPr>
        <w:t>প্রতিটি [ ] ব্র্যাকেটের ভেতরের অংশ মুছে আপনার তথ্য লিখুন।</w:t>
      </w:r>
    </w:p>
    <w:p>
      <w:pPr>
        <w:pStyle w:val="ListNumber"/>
      </w:pPr>
      <w:r>
        <w:rPr>
          <w:rFonts w:ascii="Arial" w:hAnsi="Arial"/>
          <w:b w:val="0"/>
          <w:i w:val="0"/>
          <w:sz w:val="22"/>
        </w:rPr>
        <w:t>স্কোর টেবিলে ১–১০ এর মধ্যে রেটিং দিন এবং মন্তব্য লিখুন।</w:t>
      </w:r>
    </w:p>
    <w:p>
      <w:pPr>
        <w:pStyle w:val="ListNumber"/>
      </w:pPr>
      <w:r>
        <w:rPr>
          <w:rFonts w:ascii="Arial" w:hAnsi="Arial"/>
          <w:b w:val="0"/>
          <w:i w:val="0"/>
          <w:sz w:val="22"/>
        </w:rPr>
        <w:t>Pros ও Cons সেকশনে নির্দিষ্ট ও সৎ তথ্য দিন।</w:t>
      </w:r>
    </w:p>
    <w:p>
      <w:pPr>
        <w:pStyle w:val="ListNumber"/>
      </w:pPr>
      <w:r>
        <w:rPr>
          <w:rFonts w:ascii="Arial" w:hAnsi="Arial"/>
          <w:b w:val="0"/>
          <w:i w:val="0"/>
          <w:sz w:val="22"/>
        </w:rPr>
        <w:t>লেখা শেষে WordPress-এ পেস্ট করুন এবং RankMath দিয়ে SEO চেক করুন।</w:t>
      </w:r>
    </w:p>
    <w:p>
      <w:pPr>
        <w:pBdr>
          <w:bottom w:val="single" w:sz="6" w:space="1" w:color="CCCCCC"/>
        </w:pBdr>
        <w:spacing w:before="80" w:after="80"/>
      </w:pPr>
    </w:p>
    <w:p>
      <w:pPr>
        <w:pStyle w:val="Heading1"/>
      </w:pPr>
      <w:r>
        <w:rPr>
          <w:rFonts w:ascii="Arial" w:hAnsi="Arial"/>
          <w:color w:val="0F6E56"/>
          <w:sz w:val="36"/>
        </w:rPr>
        <w:t>১. পণ্যের পরিচয় ও সারসংক্ষেপ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2880"/>
            <w:shd w:val="clear" w:color="auto" w:fill="E1F5EE"/>
          </w:tcPr>
          <w:p>
            <w:r>
              <w:rPr>
                <w:rFonts w:ascii="Arial" w:hAnsi="Arial"/>
                <w:b/>
                <w:i w:val="0"/>
                <w:sz w:val="22"/>
              </w:rPr>
              <w:t>পণ্যের নাম</w:t>
            </w:r>
          </w:p>
        </w:tc>
        <w:tc>
          <w:tcPr>
            <w:tcW w:type="dxa" w:w="6480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[পণ্যের নাম লিখুন]</w:t>
            </w:r>
          </w:p>
        </w:tc>
      </w:tr>
      <w:tr>
        <w:tc>
          <w:tcPr>
            <w:tcW w:type="dxa" w:w="2880"/>
            <w:shd w:val="clear" w:color="auto" w:fill="E1F5EE"/>
          </w:tcPr>
          <w:p>
            <w:r>
              <w:rPr>
                <w:rFonts w:ascii="Arial" w:hAnsi="Arial"/>
                <w:b/>
                <w:i w:val="0"/>
                <w:sz w:val="22"/>
              </w:rPr>
              <w:t>ক্যাটাগরি</w:t>
            </w:r>
          </w:p>
        </w:tc>
        <w:tc>
          <w:tcPr>
            <w:tcW w:type="dxa" w:w="6480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[যেমন: স্মার্টফোন / ল্যাপটপ / হোম অ্যাপ্লায়েন্স]</w:t>
            </w:r>
          </w:p>
        </w:tc>
      </w:tr>
      <w:tr>
        <w:tc>
          <w:tcPr>
            <w:tcW w:type="dxa" w:w="2880"/>
            <w:shd w:val="clear" w:color="auto" w:fill="E1F5EE"/>
          </w:tcPr>
          <w:p>
            <w:r>
              <w:rPr>
                <w:rFonts w:ascii="Arial" w:hAnsi="Arial"/>
                <w:b/>
                <w:i w:val="0"/>
                <w:sz w:val="22"/>
              </w:rPr>
              <w:t>ব্যবহারকাল</w:t>
            </w:r>
          </w:p>
        </w:tc>
        <w:tc>
          <w:tcPr>
            <w:tcW w:type="dxa" w:w="6480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[যেমন: ৩ মাস]</w:t>
            </w:r>
          </w:p>
        </w:tc>
      </w:tr>
      <w:tr>
        <w:tc>
          <w:tcPr>
            <w:tcW w:type="dxa" w:w="2880"/>
            <w:shd w:val="clear" w:color="auto" w:fill="E1F5EE"/>
          </w:tcPr>
          <w:p>
            <w:r>
              <w:rPr>
                <w:rFonts w:ascii="Arial" w:hAnsi="Arial"/>
                <w:b/>
                <w:i w:val="0"/>
                <w:sz w:val="22"/>
              </w:rPr>
              <w:t>রিভিউর তারিখ</w:t>
            </w:r>
          </w:p>
        </w:tc>
        <w:tc>
          <w:tcPr>
            <w:tcW w:type="dxa" w:w="6480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[যেমন: জানুয়ারি ২০২৬]</w:t>
            </w:r>
          </w:p>
        </w:tc>
      </w:tr>
      <w:tr>
        <w:tc>
          <w:tcPr>
            <w:tcW w:type="dxa" w:w="2880"/>
            <w:shd w:val="clear" w:color="auto" w:fill="E1F5EE"/>
          </w:tcPr>
          <w:p>
            <w:r>
              <w:rPr>
                <w:rFonts w:ascii="Arial" w:hAnsi="Arial"/>
                <w:b/>
                <w:i w:val="0"/>
                <w:sz w:val="22"/>
              </w:rPr>
              <w:t>কোথায় পাওয়া যায়</w:t>
            </w:r>
          </w:p>
        </w:tc>
        <w:tc>
          <w:tcPr>
            <w:tcW w:type="dxa" w:w="6480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[যেমন: দারাজ, ব্র্যান্ড শপ]</w:t>
            </w:r>
          </w:p>
        </w:tc>
      </w:tr>
      <w:tr>
        <w:tc>
          <w:tcPr>
            <w:tcW w:type="dxa" w:w="2880"/>
            <w:shd w:val="clear" w:color="auto" w:fill="E1F5EE"/>
          </w:tcPr>
          <w:p>
            <w:r>
              <w:rPr>
                <w:rFonts w:ascii="Arial" w:hAnsi="Arial"/>
                <w:b/>
                <w:i w:val="0"/>
                <w:sz w:val="22"/>
              </w:rPr>
              <w:t>সামগ্রিক রেটিং</w:t>
            </w:r>
          </w:p>
        </w:tc>
        <w:tc>
          <w:tcPr>
            <w:tcW w:type="dxa" w:w="6480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[যেমন: ৭.৫/১০]</w:t>
            </w:r>
          </w:p>
        </w:tc>
      </w:tr>
    </w:tbl>
    <w:p/>
    <w:p>
      <w:pPr>
        <w:pStyle w:val="Heading3"/>
      </w:pPr>
      <w:r>
        <w:rPr>
          <w:rFonts w:ascii="Arial" w:hAnsi="Arial"/>
          <w:color w:val="444441"/>
          <w:sz w:val="24"/>
        </w:rPr>
        <w:t>ভূমিকা (পাঠককে টানার মতো শুরু করুন)</w:t>
      </w:r>
    </w:p>
    <w:p>
      <w:r>
        <w:rPr>
          <w:i/>
          <w:color w:val="888780"/>
        </w:rPr>
        <w:t>[এখানে ১-২ বাক্যে পাঠকের মনে কৌতূহল জাগানোর মতো শুরু করুন। উদাহরণ: "তিন মাস ব্যবহারের পর আমি বুঝলাম কেন এই ফোনটা নিয়ে এত আলোচনা। এই রিভিউতে সব কিছু সততার সাথে বলব — ভালো এবং খারাপ দুটোই।"]</w:t>
      </w:r>
    </w:p>
    <w:p>
      <w:pPr>
        <w:pBdr>
          <w:bottom w:val="single" w:sz="6" w:space="1" w:color="CCCCCC"/>
        </w:pBdr>
        <w:spacing w:before="80" w:after="80"/>
      </w:pPr>
    </w:p>
    <w:p>
      <w:pPr>
        <w:pStyle w:val="Heading1"/>
      </w:pPr>
      <w:r>
        <w:rPr>
          <w:rFonts w:ascii="Arial" w:hAnsi="Arial"/>
          <w:color w:val="0F6E56"/>
          <w:sz w:val="36"/>
        </w:rPr>
        <w:t>২. মূল বৈশিষ্ট্য ও ব্যবহারের অভিজ্ঞতা</w:t>
      </w:r>
    </w:p>
    <w:p>
      <w:pPr>
        <w:pStyle w:val="Heading3"/>
      </w:pPr>
      <w:r>
        <w:rPr>
          <w:rFonts w:ascii="Arial" w:hAnsi="Arial"/>
          <w:color w:val="444441"/>
          <w:sz w:val="24"/>
        </w:rPr>
        <w:t>স্পেসিফিকেশন</w:t>
      </w:r>
    </w:p>
    <w:p>
      <w:pPr>
        <w:pStyle w:val="ListBullet"/>
      </w:pPr>
      <w:r>
        <w:rPr>
          <w:rFonts w:ascii="Arial" w:hAnsi="Arial"/>
          <w:b w:val="0"/>
          <w:i/>
          <w:color w:val="888780"/>
          <w:sz w:val="22"/>
        </w:rPr>
        <w:t>[বৈশিষ্ট্য ১]: [বিবরণ — যেমন: ডিসপ্লে: ৬.৬ ইঞ্চি Super AMOLED]</w:t>
      </w:r>
    </w:p>
    <w:p>
      <w:pPr>
        <w:pStyle w:val="ListBullet"/>
      </w:pPr>
      <w:r>
        <w:rPr>
          <w:rFonts w:ascii="Arial" w:hAnsi="Arial"/>
          <w:b w:val="0"/>
          <w:i/>
          <w:color w:val="888780"/>
          <w:sz w:val="22"/>
        </w:rPr>
        <w:t>[বৈশিষ্ট্য ২]: [বিবরণ — যেমন: ব্যাটারি: ৫০০০ mAh]</w:t>
      </w:r>
    </w:p>
    <w:p>
      <w:pPr>
        <w:pStyle w:val="ListBullet"/>
      </w:pPr>
      <w:r>
        <w:rPr>
          <w:rFonts w:ascii="Arial" w:hAnsi="Arial"/>
          <w:b w:val="0"/>
          <w:i/>
          <w:color w:val="888780"/>
          <w:sz w:val="22"/>
        </w:rPr>
        <w:t>[বৈশিষ্ট্য ৩]: [বিবরণ — যেমন: ক্যামেরা: ৫০MP মেইন]</w:t>
      </w:r>
    </w:p>
    <w:p>
      <w:pPr>
        <w:pStyle w:val="ListBullet"/>
      </w:pPr>
      <w:r>
        <w:rPr>
          <w:rFonts w:ascii="Arial" w:hAnsi="Arial"/>
          <w:b w:val="0"/>
          <w:i/>
          <w:color w:val="888780"/>
          <w:sz w:val="22"/>
        </w:rPr>
        <w:t>[বৈশিষ্ট্য ৪]: [বিবরণ]</w:t>
      </w:r>
    </w:p>
    <w:p>
      <w:pPr>
        <w:pStyle w:val="ListBullet"/>
      </w:pPr>
      <w:r>
        <w:rPr>
          <w:rFonts w:ascii="Arial" w:hAnsi="Arial"/>
          <w:b w:val="0"/>
          <w:i/>
          <w:color w:val="888780"/>
          <w:sz w:val="22"/>
        </w:rPr>
        <w:t>[বৈশিষ্ট্য ৫]: [বিবরণ]</w:t>
      </w:r>
    </w:p>
    <w:p>
      <w:pPr>
        <w:pStyle w:val="Heading3"/>
      </w:pPr>
      <w:r>
        <w:rPr>
          <w:rFonts w:ascii="Arial" w:hAnsi="Arial"/>
          <w:color w:val="444441"/>
          <w:sz w:val="24"/>
        </w:rPr>
        <w:t>প্রথম ব্যবহারের অভিজ্ঞতা (Unboxing)</w:t>
      </w:r>
    </w:p>
    <w:p>
      <w:r>
        <w:rPr>
          <w:i/>
          <w:color w:val="888780"/>
        </w:rPr>
        <w:t>[প্যাকেজিং, প্রথম ইম্প্রেশন এবং বাক্সে কী পেলেন তা লিখুন। নিজের তোলা ছবি যোগ করুন।]</w:t>
      </w:r>
    </w:p>
    <w:p>
      <w:pPr>
        <w:pStyle w:val="Heading3"/>
      </w:pPr>
      <w:r>
        <w:rPr>
          <w:rFonts w:ascii="Arial" w:hAnsi="Arial"/>
          <w:color w:val="444441"/>
          <w:sz w:val="24"/>
        </w:rPr>
        <w:t>দৈনন্দিন ব্যবহারের অভিজ্ঞতা</w:t>
      </w:r>
    </w:p>
    <w:p>
      <w:r>
        <w:rPr>
          <w:i/>
          <w:color w:val="888780"/>
        </w:rPr>
        <w:t>[আসল ব্যবহারে কেমন লাগল? কোথায় ভালো পারফরম্যান্স পেলেন, কোথায় সমস্যায় পড়লেন?]</w:t>
      </w:r>
    </w:p>
    <w:p>
      <w:pPr>
        <w:pBdr>
          <w:bottom w:val="single" w:sz="6" w:space="1" w:color="CCCCCC"/>
        </w:pBdr>
        <w:spacing w:before="80" w:after="80"/>
      </w:pPr>
    </w:p>
    <w:p>
      <w:pPr>
        <w:pStyle w:val="Heading1"/>
      </w:pPr>
      <w:r>
        <w:rPr>
          <w:rFonts w:ascii="Arial" w:hAnsi="Arial"/>
          <w:color w:val="0F6E56"/>
          <w:sz w:val="36"/>
        </w:rPr>
        <w:t>৩. স্কোরব্যান্ড ও রেটিং</w:t>
      </w:r>
    </w:p>
    <w:p>
      <w:r>
        <w:rPr>
          <w:rFonts w:ascii="Arial" w:hAnsi="Arial"/>
          <w:b w:val="0"/>
          <w:i w:val="0"/>
          <w:sz w:val="22"/>
        </w:rPr>
        <w:t>প্রতিটি বিভাগ ১০-এর মধ্যে মূল্যায়ন করুন: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10"/>
        <w:gridCol w:w="3010"/>
        <w:gridCol w:w="3010"/>
      </w:tblGrid>
      <w:tr>
        <w:tc>
          <w:tcPr>
            <w:tcW w:type="dxa" w:w="3010"/>
            <w:shd w:val="clear" w:color="auto" w:fill="0F6E56"/>
          </w:tcPr>
          <w:p>
            <w:r>
              <w:rPr>
                <w:rFonts w:ascii="Arial" w:hAnsi="Arial"/>
                <w:b/>
                <w:i w:val="0"/>
                <w:color w:val="FFFFFF"/>
                <w:sz w:val="22"/>
              </w:rPr>
              <w:t>বিভাগ</w:t>
            </w:r>
          </w:p>
        </w:tc>
        <w:tc>
          <w:tcPr>
            <w:tcW w:type="dxa" w:w="3010"/>
            <w:shd w:val="clear" w:color="auto" w:fill="0F6E56"/>
          </w:tcPr>
          <w:p>
            <w:r>
              <w:rPr>
                <w:rFonts w:ascii="Arial" w:hAnsi="Arial"/>
                <w:b/>
                <w:i w:val="0"/>
                <w:color w:val="FFFFFF"/>
                <w:sz w:val="22"/>
              </w:rPr>
              <w:t>স্কোর (/১০)</w:t>
            </w:r>
          </w:p>
        </w:tc>
        <w:tc>
          <w:tcPr>
            <w:tcW w:type="dxa" w:w="3010"/>
            <w:shd w:val="clear" w:color="auto" w:fill="0F6E56"/>
          </w:tcPr>
          <w:p>
            <w:r>
              <w:rPr>
                <w:rFonts w:ascii="Arial" w:hAnsi="Arial"/>
                <w:b/>
                <w:i w:val="0"/>
                <w:color w:val="FFFFFF"/>
                <w:sz w:val="22"/>
              </w:rPr>
              <w:t>মন্তব্য</w:t>
            </w:r>
          </w:p>
        </w:tc>
      </w:tr>
      <w:tr>
        <w:tc>
          <w:tcPr>
            <w:tcW w:type="dxa" w:w="3010"/>
          </w:tcPr>
          <w:p>
            <w:r>
              <w:rPr>
                <w:rFonts w:ascii="Arial" w:hAnsi="Arial"/>
                <w:b w:val="0"/>
                <w:i w:val="0"/>
                <w:sz w:val="22"/>
              </w:rPr>
              <w:t>ডিজাইন ও বিল্ড কোয়ালিটি</w:t>
            </w:r>
          </w:p>
        </w:tc>
        <w:tc>
          <w:tcPr>
            <w:tcW w:type="dxa" w:w="3010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85FA5"/>
                <w:sz w:val="22"/>
              </w:rPr>
              <w:t>[  ]/১০</w:t>
            </w:r>
          </w:p>
        </w:tc>
        <w:tc>
          <w:tcPr>
            <w:tcW w:type="dxa" w:w="3010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[মন্তব্য লিখুন]</w:t>
            </w:r>
          </w:p>
        </w:tc>
      </w:tr>
      <w:tr>
        <w:tc>
          <w:tcPr>
            <w:tcW w:type="dxa" w:w="3010"/>
            <w:shd w:val="clear" w:color="auto" w:fill="F7F6F3"/>
          </w:tcPr>
          <w:p>
            <w:r>
              <w:rPr>
                <w:rFonts w:ascii="Arial" w:hAnsi="Arial"/>
                <w:b w:val="0"/>
                <w:i w:val="0"/>
                <w:sz w:val="22"/>
              </w:rPr>
              <w:t>পারফরম্যান্স</w:t>
            </w:r>
          </w:p>
        </w:tc>
        <w:tc>
          <w:tcPr>
            <w:tcW w:type="dxa" w:w="3010"/>
            <w:shd w:val="clear" w:color="auto" w:fill="F7F6F3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85FA5"/>
                <w:sz w:val="22"/>
              </w:rPr>
              <w:t>[  ]/১০</w:t>
            </w:r>
          </w:p>
        </w:tc>
        <w:tc>
          <w:tcPr>
            <w:tcW w:type="dxa" w:w="3010"/>
            <w:shd w:val="clear" w:color="auto" w:fill="F7F6F3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[মন্তব্য লিখুন]</w:t>
            </w:r>
          </w:p>
        </w:tc>
      </w:tr>
      <w:tr>
        <w:tc>
          <w:tcPr>
            <w:tcW w:type="dxa" w:w="3010"/>
          </w:tcPr>
          <w:p>
            <w:r>
              <w:rPr>
                <w:rFonts w:ascii="Arial" w:hAnsi="Arial"/>
                <w:b w:val="0"/>
                <w:i w:val="0"/>
                <w:sz w:val="22"/>
              </w:rPr>
              <w:t>ব্যাটারি / স্থায়িত্ব</w:t>
            </w:r>
          </w:p>
        </w:tc>
        <w:tc>
          <w:tcPr>
            <w:tcW w:type="dxa" w:w="3010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85FA5"/>
                <w:sz w:val="22"/>
              </w:rPr>
              <w:t>[  ]/১০</w:t>
            </w:r>
          </w:p>
        </w:tc>
        <w:tc>
          <w:tcPr>
            <w:tcW w:type="dxa" w:w="3010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[মন্তব্য লিখুন]</w:t>
            </w:r>
          </w:p>
        </w:tc>
      </w:tr>
      <w:tr>
        <w:tc>
          <w:tcPr>
            <w:tcW w:type="dxa" w:w="3010"/>
            <w:shd w:val="clear" w:color="auto" w:fill="F7F6F3"/>
          </w:tcPr>
          <w:p>
            <w:r>
              <w:rPr>
                <w:rFonts w:ascii="Arial" w:hAnsi="Arial"/>
                <w:b w:val="0"/>
                <w:i w:val="0"/>
                <w:sz w:val="22"/>
              </w:rPr>
              <w:t>দামের সাথে মান</w:t>
            </w:r>
          </w:p>
        </w:tc>
        <w:tc>
          <w:tcPr>
            <w:tcW w:type="dxa" w:w="3010"/>
            <w:shd w:val="clear" w:color="auto" w:fill="F7F6F3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85FA5"/>
                <w:sz w:val="22"/>
              </w:rPr>
              <w:t>[  ]/১০</w:t>
            </w:r>
          </w:p>
        </w:tc>
        <w:tc>
          <w:tcPr>
            <w:tcW w:type="dxa" w:w="3010"/>
            <w:shd w:val="clear" w:color="auto" w:fill="F7F6F3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[মন্তব্য লিখুন]</w:t>
            </w:r>
          </w:p>
        </w:tc>
      </w:tr>
      <w:tr>
        <w:tc>
          <w:tcPr>
            <w:tcW w:type="dxa" w:w="3010"/>
          </w:tcPr>
          <w:p>
            <w:r>
              <w:rPr>
                <w:rFonts w:ascii="Arial" w:hAnsi="Arial"/>
                <w:b w:val="0"/>
                <w:i w:val="0"/>
                <w:sz w:val="22"/>
              </w:rPr>
              <w:t>কাস্টমার সার্ভিস</w:t>
            </w:r>
          </w:p>
        </w:tc>
        <w:tc>
          <w:tcPr>
            <w:tcW w:type="dxa" w:w="3010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85FA5"/>
                <w:sz w:val="22"/>
              </w:rPr>
              <w:t>[  ]/১০</w:t>
            </w:r>
          </w:p>
        </w:tc>
        <w:tc>
          <w:tcPr>
            <w:tcW w:type="dxa" w:w="3010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[মন্তব্য লিখুন]</w:t>
            </w:r>
          </w:p>
        </w:tc>
      </w:tr>
      <w:tr>
        <w:tc>
          <w:tcPr>
            <w:tcW w:type="dxa" w:w="3010"/>
            <w:shd w:val="clear" w:color="auto" w:fill="E1F5EE"/>
          </w:tcPr>
          <w:p>
            <w:r>
              <w:rPr>
                <w:rFonts w:ascii="Arial" w:hAnsi="Arial"/>
                <w:b/>
                <w:i w:val="0"/>
                <w:sz w:val="22"/>
              </w:rPr>
              <w:t>সামগ্রিক স্কোর</w:t>
            </w:r>
          </w:p>
        </w:tc>
        <w:tc>
          <w:tcPr>
            <w:tcW w:type="dxa" w:w="3010"/>
            <w:shd w:val="clear" w:color="auto" w:fill="E1F5EE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85FA5"/>
                <w:sz w:val="22"/>
              </w:rPr>
              <w:t>[  ]/১০</w:t>
            </w:r>
          </w:p>
        </w:tc>
        <w:tc>
          <w:tcPr>
            <w:tcW w:type="dxa" w:w="3010"/>
            <w:shd w:val="clear" w:color="auto" w:fill="E1F5EE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</w:r>
          </w:p>
        </w:tc>
      </w:tr>
    </w:tbl>
    <w:p/>
    <w:p>
      <w:pPr>
        <w:pStyle w:val="Heading3"/>
      </w:pPr>
      <w:r>
        <w:rPr>
          <w:rFonts w:ascii="Arial" w:hAnsi="Arial"/>
          <w:color w:val="444441"/>
          <w:sz w:val="24"/>
        </w:rPr>
        <w:t>স্কোরব্যান্ড রেফারেন্স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57"/>
        <w:gridCol w:w="2257"/>
        <w:gridCol w:w="2257"/>
        <w:gridCol w:w="2257"/>
      </w:tblGrid>
      <w:tr>
        <w:tc>
          <w:tcPr>
            <w:tcW w:type="dxa" w:w="2257"/>
            <w:shd w:val="clear" w:color="auto" w:fill="FCEBEB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A32D2D"/>
                <w:sz w:val="20"/>
              </w:rPr>
              <w:t>১–৪: দুর্বল</w:t>
            </w:r>
          </w:p>
        </w:tc>
        <w:tc>
          <w:tcPr>
            <w:tcW w:type="dxa" w:w="2257"/>
            <w:shd w:val="clear" w:color="auto" w:fill="FAEEDA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BA7517"/>
                <w:sz w:val="20"/>
              </w:rPr>
              <w:t>৫–৬: গড়মানের</w:t>
            </w:r>
          </w:p>
        </w:tc>
        <w:tc>
          <w:tcPr>
            <w:tcW w:type="dxa" w:w="2257"/>
            <w:shd w:val="clear" w:color="auto" w:fill="E6F1FB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185FA5"/>
                <w:sz w:val="20"/>
              </w:rPr>
              <w:t>৭–৮: ভালো</w:t>
            </w:r>
          </w:p>
        </w:tc>
        <w:tc>
          <w:tcPr>
            <w:tcW w:type="dxa" w:w="2257"/>
            <w:shd w:val="clear" w:color="auto" w:fill="E1F5EE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0F6E56"/>
                <w:sz w:val="20"/>
              </w:rPr>
              <w:t>৯–১০: অসাধারণ</w:t>
            </w:r>
          </w:p>
        </w:tc>
      </w:tr>
    </w:tbl>
    <w:p>
      <w:pPr>
        <w:pBdr>
          <w:bottom w:val="single" w:sz="6" w:space="1" w:color="CCCCCC"/>
        </w:pBdr>
        <w:spacing w:before="80" w:after="80"/>
      </w:pPr>
    </w:p>
    <w:p>
      <w:pPr>
        <w:pStyle w:val="Heading1"/>
      </w:pPr>
      <w:r>
        <w:rPr>
          <w:rFonts w:ascii="Arial" w:hAnsi="Arial"/>
          <w:color w:val="0F6E56"/>
          <w:sz w:val="36"/>
        </w:rPr>
        <w:t>৪. Pros ও Cons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514"/>
            <w:shd w:val="clear" w:color="auto" w:fill="E1F5EE"/>
          </w:tcPr>
          <w:p>
            <w:r>
              <w:rPr>
                <w:rFonts w:ascii="Arial" w:hAnsi="Arial"/>
                <w:b/>
                <w:i w:val="0"/>
                <w:color w:val="0F6E56"/>
                <w:sz w:val="24"/>
              </w:rPr>
              <w:t>✔  ভালো দিক (Pros)</w:t>
            </w:r>
          </w:p>
        </w:tc>
        <w:tc>
          <w:tcPr>
            <w:tcW w:type="dxa" w:w="4514"/>
            <w:shd w:val="clear" w:color="auto" w:fill="FCEBEB"/>
          </w:tcPr>
          <w:p>
            <w:r>
              <w:rPr>
                <w:rFonts w:ascii="Arial" w:hAnsi="Arial"/>
                <w:b/>
                <w:i w:val="0"/>
                <w:color w:val="A32D2D"/>
                <w:sz w:val="24"/>
              </w:rPr>
              <w:t>✘  খারাপ দিক (Cons)</w:t>
            </w:r>
          </w:p>
        </w:tc>
      </w:tr>
      <w:tr>
        <w:tc>
          <w:tcPr>
            <w:tcW w:type="dxa" w:w="4514"/>
            <w:shd w:val="clear" w:color="auto" w:fill="F4FBF8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[ভালো দিক 1]</w:t>
            </w:r>
          </w:p>
        </w:tc>
        <w:tc>
          <w:tcPr>
            <w:tcW w:type="dxa" w:w="4514"/>
            <w:shd w:val="clear" w:color="auto" w:fill="FEF6F6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[খারাপ দিক 1]</w:t>
            </w:r>
          </w:p>
        </w:tc>
      </w:tr>
      <w:tr>
        <w:tc>
          <w:tcPr>
            <w:tcW w:type="dxa" w:w="4514"/>
            <w:shd w:val="clear" w:color="auto" w:fill="F4FBF8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[ভালো দিক 2]</w:t>
            </w:r>
          </w:p>
        </w:tc>
        <w:tc>
          <w:tcPr>
            <w:tcW w:type="dxa" w:w="4514"/>
            <w:shd w:val="clear" w:color="auto" w:fill="FEF6F6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[খারাপ দিক 2]</w:t>
            </w:r>
          </w:p>
        </w:tc>
      </w:tr>
      <w:tr>
        <w:tc>
          <w:tcPr>
            <w:tcW w:type="dxa" w:w="4514"/>
            <w:shd w:val="clear" w:color="auto" w:fill="F4FBF8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[ভালো দিক 3]</w:t>
            </w:r>
          </w:p>
        </w:tc>
        <w:tc>
          <w:tcPr>
            <w:tcW w:type="dxa" w:w="4514"/>
            <w:shd w:val="clear" w:color="auto" w:fill="FEF6F6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[খারাপ দিক 3]</w:t>
            </w:r>
          </w:p>
        </w:tc>
      </w:tr>
      <w:tr>
        <w:tc>
          <w:tcPr>
            <w:tcW w:type="dxa" w:w="4514"/>
            <w:shd w:val="clear" w:color="auto" w:fill="F4FBF8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[ভালো দিক 4]</w:t>
            </w:r>
          </w:p>
        </w:tc>
        <w:tc>
          <w:tcPr>
            <w:tcW w:type="dxa" w:w="4514"/>
            <w:shd w:val="clear" w:color="auto" w:fill="FEF6F6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[খারাপ দিক 4]</w:t>
            </w:r>
          </w:p>
        </w:tc>
      </w:tr>
      <w:tr>
        <w:tc>
          <w:tcPr>
            <w:tcW w:type="dxa" w:w="4514"/>
            <w:shd w:val="clear" w:color="auto" w:fill="F4FBF8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[ভালো দিক 5]</w:t>
            </w:r>
          </w:p>
        </w:tc>
        <w:tc>
          <w:tcPr>
            <w:tcW w:type="dxa" w:w="4514"/>
            <w:shd w:val="clear" w:color="auto" w:fill="FEF6F6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[খারাপ দিক 5]</w:t>
            </w:r>
          </w:p>
        </w:tc>
      </w:tr>
    </w:tbl>
    <w:p/>
    <w:p>
      <w:pPr>
        <w:shd w:val="clear" w:color="auto" w:fill="FAEEDA"/>
        <w:spacing w:before="80" w:after="80"/>
        <w:ind w:left="283" w:right="283"/>
      </w:pPr>
      <w:r>
        <w:rPr>
          <w:rFonts w:ascii="Arial" w:hAnsi="Arial"/>
          <w:sz w:val="22"/>
        </w:rPr>
        <w:t>💡 টিপস: শুধু ভালো কথা বললে পাঠক বিশ্বাস করেন না। সৎভাবে দুটো দিকই বলুন।</w:t>
      </w:r>
    </w:p>
    <w:p>
      <w:pPr>
        <w:pBdr>
          <w:bottom w:val="single" w:sz="6" w:space="1" w:color="CCCCCC"/>
        </w:pBdr>
        <w:spacing w:before="80" w:after="80"/>
      </w:pPr>
    </w:p>
    <w:p>
      <w:pPr>
        <w:pStyle w:val="Heading1"/>
      </w:pPr>
      <w:r>
        <w:rPr>
          <w:rFonts w:ascii="Arial" w:hAnsi="Arial"/>
          <w:color w:val="0F6E56"/>
          <w:sz w:val="36"/>
        </w:rPr>
        <w:t>৫. দাম ও বিকল্প তুলনা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57"/>
        <w:gridCol w:w="2257"/>
        <w:gridCol w:w="2257"/>
        <w:gridCol w:w="2257"/>
      </w:tblGrid>
      <w:tr>
        <w:tc>
          <w:tcPr>
            <w:tcW w:type="dxa" w:w="2257"/>
            <w:shd w:val="clear" w:color="auto" w:fill="185FA5"/>
          </w:tcPr>
          <w:p>
            <w:r>
              <w:rPr>
                <w:rFonts w:ascii="Arial" w:hAnsi="Arial"/>
                <w:b/>
                <w:i w:val="0"/>
                <w:color w:val="FFFFFF"/>
                <w:sz w:val="22"/>
              </w:rPr>
              <w:t>পণ্য</w:t>
            </w:r>
          </w:p>
        </w:tc>
        <w:tc>
          <w:tcPr>
            <w:tcW w:type="dxa" w:w="2257"/>
            <w:shd w:val="clear" w:color="auto" w:fill="185FA5"/>
          </w:tcPr>
          <w:p>
            <w:r>
              <w:rPr>
                <w:rFonts w:ascii="Arial" w:hAnsi="Arial"/>
                <w:b/>
                <w:i w:val="0"/>
                <w:color w:val="FFFFFF"/>
                <w:sz w:val="22"/>
              </w:rPr>
              <w:t>দাম (BDT)</w:t>
            </w:r>
          </w:p>
        </w:tc>
        <w:tc>
          <w:tcPr>
            <w:tcW w:type="dxa" w:w="2257"/>
            <w:shd w:val="clear" w:color="auto" w:fill="185FA5"/>
          </w:tcPr>
          <w:p>
            <w:r>
              <w:rPr>
                <w:rFonts w:ascii="Arial" w:hAnsi="Arial"/>
                <w:b/>
                <w:i w:val="0"/>
                <w:color w:val="FFFFFF"/>
                <w:sz w:val="22"/>
              </w:rPr>
              <w:t>সুবিধা</w:t>
            </w:r>
          </w:p>
        </w:tc>
        <w:tc>
          <w:tcPr>
            <w:tcW w:type="dxa" w:w="2257"/>
            <w:shd w:val="clear" w:color="auto" w:fill="185FA5"/>
          </w:tcPr>
          <w:p>
            <w:r>
              <w:rPr>
                <w:rFonts w:ascii="Arial" w:hAnsi="Arial"/>
                <w:b/>
                <w:i w:val="0"/>
                <w:color w:val="FFFFFF"/>
                <w:sz w:val="22"/>
              </w:rPr>
              <w:t>অসুবিধা</w:t>
            </w:r>
          </w:p>
        </w:tc>
      </w:tr>
      <w:tr>
        <w:tc>
          <w:tcPr>
            <w:tcW w:type="dxa" w:w="2257"/>
            <w:shd w:val="clear" w:color="auto" w:fill="E1F5EE"/>
          </w:tcPr>
          <w:p>
            <w:r>
              <w:rPr>
                <w:rFonts w:ascii="Arial" w:hAnsi="Arial"/>
                <w:b/>
                <w:i w:val="0"/>
                <w:sz w:val="22"/>
              </w:rPr>
              <w:t>[এই পণ্য]</w:t>
            </w:r>
          </w:p>
        </w:tc>
        <w:tc>
          <w:tcPr>
            <w:tcW w:type="dxa" w:w="2257"/>
            <w:shd w:val="clear" w:color="auto" w:fill="E1F5EE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৳[মূল্য]</w:t>
            </w:r>
          </w:p>
        </w:tc>
        <w:tc>
          <w:tcPr>
            <w:tcW w:type="dxa" w:w="2257"/>
            <w:shd w:val="clear" w:color="auto" w:fill="E1F5EE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[সুবিধা]</w:t>
            </w:r>
          </w:p>
        </w:tc>
        <w:tc>
          <w:tcPr>
            <w:tcW w:type="dxa" w:w="2257"/>
            <w:shd w:val="clear" w:color="auto" w:fill="E1F5EE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[অসুবিধা]</w:t>
            </w:r>
          </w:p>
        </w:tc>
      </w:tr>
      <w:tr>
        <w:tc>
          <w:tcPr>
            <w:tcW w:type="dxa" w:w="2257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[বিকল্প পণ্য ১]</w:t>
            </w:r>
          </w:p>
        </w:tc>
        <w:tc>
          <w:tcPr>
            <w:tcW w:type="dxa" w:w="2257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৳[মূল্য]</w:t>
            </w:r>
          </w:p>
        </w:tc>
        <w:tc>
          <w:tcPr>
            <w:tcW w:type="dxa" w:w="2257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[সুবিধা]</w:t>
            </w:r>
          </w:p>
        </w:tc>
        <w:tc>
          <w:tcPr>
            <w:tcW w:type="dxa" w:w="2257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[অসুবিধা]</w:t>
            </w:r>
          </w:p>
        </w:tc>
      </w:tr>
      <w:tr>
        <w:tc>
          <w:tcPr>
            <w:tcW w:type="dxa" w:w="2257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[বিকল্প পণ্য ২]</w:t>
            </w:r>
          </w:p>
        </w:tc>
        <w:tc>
          <w:tcPr>
            <w:tcW w:type="dxa" w:w="2257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৳[মূল্য]</w:t>
            </w:r>
          </w:p>
        </w:tc>
        <w:tc>
          <w:tcPr>
            <w:tcW w:type="dxa" w:w="2257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[সুবিধা]</w:t>
            </w:r>
          </w:p>
        </w:tc>
        <w:tc>
          <w:tcPr>
            <w:tcW w:type="dxa" w:w="2257"/>
          </w:tcPr>
          <w:p>
            <w:r>
              <w:rPr>
                <w:rFonts w:ascii="Arial" w:hAnsi="Arial"/>
                <w:b w:val="0"/>
                <w:i/>
                <w:color w:val="888780"/>
                <w:sz w:val="22"/>
              </w:rPr>
              <w:t>[অসুবিধা]</w:t>
            </w:r>
          </w:p>
        </w:tc>
      </w:tr>
    </w:tbl>
    <w:p/>
    <w:p>
      <w:pPr>
        <w:pStyle w:val="Heading3"/>
      </w:pPr>
      <w:r>
        <w:rPr>
          <w:rFonts w:ascii="Arial" w:hAnsi="Arial"/>
          <w:color w:val="444441"/>
          <w:sz w:val="24"/>
        </w:rPr>
        <w:t>কোথায় পাওয়া যায়</w:t>
      </w:r>
    </w:p>
    <w:p>
      <w:pPr>
        <w:pStyle w:val="ListBullet"/>
      </w:pPr>
      <w:r>
        <w:rPr>
          <w:rFonts w:ascii="Arial" w:hAnsi="Arial"/>
          <w:b w:val="0"/>
          <w:i/>
          <w:color w:val="888780"/>
          <w:sz w:val="22"/>
        </w:rPr>
        <w:t>দারাজ: [লিংক]</w:t>
      </w:r>
    </w:p>
    <w:p>
      <w:pPr>
        <w:pStyle w:val="ListBullet"/>
      </w:pPr>
      <w:r>
        <w:rPr>
          <w:rFonts w:ascii="Arial" w:hAnsi="Arial"/>
          <w:b w:val="0"/>
          <w:i/>
          <w:color w:val="888780"/>
          <w:sz w:val="22"/>
        </w:rPr>
        <w:t>ব্র্যান্ড ওয়েবসাইট: [লিংক]</w:t>
      </w:r>
    </w:p>
    <w:p>
      <w:pPr>
        <w:pStyle w:val="ListBullet"/>
      </w:pPr>
      <w:r>
        <w:rPr>
          <w:rFonts w:ascii="Arial" w:hAnsi="Arial"/>
          <w:b w:val="0"/>
          <w:i/>
          <w:color w:val="888780"/>
          <w:sz w:val="22"/>
        </w:rPr>
        <w:t>স্থানীয় শপ: [এলাকার নাম]</w:t>
      </w:r>
    </w:p>
    <w:p>
      <w:pPr>
        <w:pBdr>
          <w:bottom w:val="single" w:sz="6" w:space="1" w:color="CCCCCC"/>
        </w:pBdr>
        <w:spacing w:before="80" w:after="80"/>
      </w:pPr>
    </w:p>
    <w:p>
      <w:pPr>
        <w:pStyle w:val="Heading1"/>
      </w:pPr>
      <w:r>
        <w:rPr>
          <w:rFonts w:ascii="Arial" w:hAnsi="Arial"/>
          <w:color w:val="0F6E56"/>
          <w:sz w:val="36"/>
        </w:rPr>
        <w:t>৬. চূড়ান্ত মতামত</w:t>
      </w:r>
    </w:p>
    <w:p>
      <w:pPr>
        <w:pStyle w:val="Heading3"/>
      </w:pPr>
      <w:r>
        <w:rPr>
          <w:rFonts w:ascii="Arial" w:hAnsi="Arial"/>
          <w:color w:val="444441"/>
          <w:sz w:val="24"/>
        </w:rPr>
        <w:t>কার জন্য উপযুক্ত</w:t>
      </w:r>
    </w:p>
    <w:p>
      <w:pPr>
        <w:shd w:val="clear" w:color="auto" w:fill="E1F5EE"/>
        <w:spacing w:before="80" w:after="80"/>
        <w:ind w:left="283" w:right="283"/>
      </w:pPr>
      <w:r>
        <w:rPr>
          <w:rFonts w:ascii="Arial" w:hAnsi="Arial"/>
          <w:sz w:val="22"/>
        </w:rPr>
        <w:t>✔  [নির্দিষ্টভাবে বলুন কার জন্য এই পণ্যটি আদর্শ। যেমন: "যারা বাজেটের মধ্যে ভালো ক্যামেরা চান এবং সোশ্যাল মিডিয়া বেশি ব্যবহার করেন তাদের জন্য এটি আদর্শ।"]</w:t>
      </w:r>
    </w:p>
    <w:p>
      <w:pPr>
        <w:pStyle w:val="Heading3"/>
      </w:pPr>
      <w:r>
        <w:rPr>
          <w:rFonts w:ascii="Arial" w:hAnsi="Arial"/>
          <w:color w:val="444441"/>
          <w:sz w:val="24"/>
        </w:rPr>
        <w:t>কার জন্য উপযুক্ত নয়</w:t>
      </w:r>
    </w:p>
    <w:p>
      <w:pPr>
        <w:shd w:val="clear" w:color="auto" w:fill="FCEBEB"/>
        <w:spacing w:before="80" w:after="80"/>
        <w:ind w:left="283" w:right="283"/>
      </w:pPr>
      <w:r>
        <w:rPr>
          <w:rFonts w:ascii="Arial" w:hAnsi="Arial"/>
          <w:sz w:val="22"/>
        </w:rPr>
        <w:t>✘  [নির্দিষ্টভাবে বলুন কার জন্য এটি উপযুক্ত নয়। যেমন: "যারা হেভি গেমিং করেন বা প্রফেশনাল ফটোগ্রাফি চান তাদের জন্য এটি যথেষ্ট নয়।"]</w:t>
      </w:r>
    </w:p>
    <w:p>
      <w:pPr>
        <w:pStyle w:val="Heading3"/>
      </w:pPr>
      <w:r>
        <w:rPr>
          <w:rFonts w:ascii="Arial" w:hAnsi="Arial"/>
          <w:color w:val="444441"/>
          <w:sz w:val="24"/>
        </w:rPr>
        <w:t>সামগ্রিক চূড়ান্ত মন্তব্য</w:t>
      </w:r>
    </w:p>
    <w:p>
      <w:r>
        <w:rPr>
          <w:i/>
          <w:color w:val="888780"/>
        </w:rPr>
        <w:t>[এখানে আপনার চূড়ান্ত কথা লিখুন। পাঠক কী করবেন — কিনবেন নাকি অপেক্ষা করবেন — সেটা স্পষ্ট করুন।]</w:t>
      </w:r>
    </w:p>
    <w:p>
      <w:pPr>
        <w:pStyle w:val="Heading3"/>
      </w:pPr>
      <w:r>
        <w:rPr>
          <w:rFonts w:ascii="Arial" w:hAnsi="Arial"/>
          <w:color w:val="444441"/>
          <w:sz w:val="24"/>
        </w:rPr>
        <w:t>কোথায় কিনবেন (এফিলিয়েট লিংক)</w:t>
      </w:r>
    </w:p>
    <w:p>
      <w:r>
        <w:rPr>
          <w:i/>
          <w:color w:val="185FA5"/>
        </w:rPr>
        <w:t>[আপনার এফিলিয়েট লিংক এখানে দিন — লিংকের আগে ডিসক্লোজার নোটিশ রাখতে ভুলবেন না]</w:t>
      </w:r>
    </w:p>
    <w:p>
      <w:pPr>
        <w:pBdr>
          <w:bottom w:val="single" w:sz="6" w:space="1" w:color="CCCCCC"/>
        </w:pBdr>
        <w:spacing w:before="80" w:after="80"/>
      </w:pPr>
    </w:p>
    <w:p/>
    <w:p>
      <w:pPr>
        <w:shd w:val="clear" w:color="auto" w:fill="F7F6F3"/>
        <w:spacing w:before="80" w:after="80"/>
        <w:ind w:left="283" w:right="283"/>
      </w:pPr>
      <w:r>
        <w:rPr>
          <w:rFonts w:ascii="Arial" w:hAnsi="Arial"/>
          <w:sz w:val="22"/>
        </w:rPr>
        <w:t>এই টেমপ্লেটটি আপনার ব্লগ থেকে ডাউনলোড করা হয়েছে। নিয়মিত আপডেটের জন্য আমাদের সাইট ভিজিট করুন।</w:t>
      </w:r>
    </w:p>
    <w:sectPr w:rsidR="00FC693F" w:rsidRPr="0006063C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